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4DC83" w14:textId="77777777" w:rsidR="00FC4D92" w:rsidRDefault="00FC4D92">
      <w:pPr>
        <w:jc w:val="right"/>
        <w:rPr>
          <w:lang w:val="pl-PL"/>
        </w:rPr>
      </w:pPr>
    </w:p>
    <w:p w14:paraId="17F63E70" w14:textId="77777777" w:rsidR="00FC4D92" w:rsidRDefault="00FC4D92">
      <w:pPr>
        <w:jc w:val="right"/>
        <w:rPr>
          <w:lang w:val="pl-PL"/>
        </w:rPr>
      </w:pPr>
    </w:p>
    <w:p w14:paraId="59273060" w14:textId="4C0C8925" w:rsidR="00812DB9" w:rsidRPr="00A62BC2" w:rsidRDefault="00000000">
      <w:pPr>
        <w:jc w:val="right"/>
        <w:rPr>
          <w:lang w:val="pl-PL"/>
        </w:rPr>
      </w:pPr>
      <w:r w:rsidRPr="00A62BC2">
        <w:rPr>
          <w:lang w:val="pl-PL"/>
        </w:rPr>
        <w:t>Poznań, dnia ................................ r.</w:t>
      </w:r>
    </w:p>
    <w:p w14:paraId="4F77A705" w14:textId="77777777" w:rsidR="00812DB9" w:rsidRPr="00A62BC2" w:rsidRDefault="00000000">
      <w:pPr>
        <w:spacing w:after="0"/>
        <w:rPr>
          <w:lang w:val="pl-PL"/>
        </w:rPr>
      </w:pPr>
      <w:r w:rsidRPr="00A62BC2">
        <w:rPr>
          <w:b/>
          <w:lang w:val="pl-PL"/>
        </w:rPr>
        <w:t>Do Dyrektora Instytutu Zachodniego</w:t>
      </w:r>
    </w:p>
    <w:p w14:paraId="3C4F43FB" w14:textId="77777777" w:rsidR="00812DB9" w:rsidRPr="00A62BC2" w:rsidRDefault="00000000">
      <w:pPr>
        <w:spacing w:after="0"/>
        <w:rPr>
          <w:lang w:val="pl-PL"/>
        </w:rPr>
      </w:pPr>
      <w:r w:rsidRPr="00A62BC2">
        <w:rPr>
          <w:b/>
          <w:lang w:val="pl-PL"/>
        </w:rPr>
        <w:t>im. Zygmunta Wojciechowskiego w Poznaniu</w:t>
      </w:r>
    </w:p>
    <w:p w14:paraId="47EFD3DE" w14:textId="77777777" w:rsidR="00812DB9" w:rsidRPr="00A62BC2" w:rsidRDefault="00000000">
      <w:pPr>
        <w:rPr>
          <w:lang w:val="pl-PL"/>
        </w:rPr>
      </w:pPr>
      <w:r w:rsidRPr="00A62BC2">
        <w:rPr>
          <w:lang w:val="pl-PL"/>
        </w:rPr>
        <w:t>za pośrednictwem bezpośredniego przełożonego / osoby upoważnionej</w:t>
      </w:r>
    </w:p>
    <w:p w14:paraId="569FC3C3" w14:textId="77777777" w:rsidR="00812DB9" w:rsidRPr="00A62BC2" w:rsidRDefault="00000000">
      <w:pPr>
        <w:spacing w:before="160" w:after="240"/>
        <w:jc w:val="center"/>
        <w:rPr>
          <w:lang w:val="pl-PL"/>
        </w:rPr>
      </w:pPr>
      <w:r w:rsidRPr="00A62BC2">
        <w:rPr>
          <w:b/>
          <w:sz w:val="32"/>
          <w:lang w:val="pl-PL"/>
        </w:rPr>
        <w:t>WNIOSEK URLOPOWY</w:t>
      </w:r>
    </w:p>
    <w:p w14:paraId="4A26010E" w14:textId="77777777" w:rsidR="00812DB9" w:rsidRPr="00A62BC2" w:rsidRDefault="00000000">
      <w:pPr>
        <w:spacing w:before="160" w:after="80"/>
        <w:rPr>
          <w:lang w:val="pl-PL"/>
        </w:rPr>
      </w:pPr>
      <w:r w:rsidRPr="00A62BC2">
        <w:rPr>
          <w:b/>
          <w:sz w:val="22"/>
          <w:lang w:val="pl-PL"/>
        </w:rPr>
        <w:t>1. Dane pracownika</w:t>
      </w:r>
    </w:p>
    <w:p w14:paraId="2F036189" w14:textId="285CAD38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Imię i nazwisko pracownika: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BA2047">
        <w:rPr>
          <w:lang w:val="pl-PL"/>
        </w:rPr>
        <w:t>..............</w:t>
      </w:r>
    </w:p>
    <w:p w14:paraId="2FC18A61" w14:textId="1323E0FB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Stanowisko / komórka organizacyjna: </w:t>
      </w:r>
      <w:r w:rsidRPr="00A62BC2">
        <w:rPr>
          <w:lang w:val="pl-PL"/>
        </w:rPr>
        <w:t>............................................................................................................................</w:t>
      </w:r>
    </w:p>
    <w:p w14:paraId="2EE67B43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Pracodawca: </w:t>
      </w:r>
      <w:r w:rsidRPr="00A62BC2">
        <w:rPr>
          <w:lang w:val="pl-PL"/>
        </w:rPr>
        <w:t>Instytut Zachodni im. Zygmunta Wojciechowskiego w Poznaniu</w:t>
      </w:r>
    </w:p>
    <w:p w14:paraId="5B1392E1" w14:textId="02FCBDCF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Telefon </w:t>
      </w:r>
      <w:r w:rsidR="00E971D2">
        <w:rPr>
          <w:b/>
          <w:lang w:val="pl-PL"/>
        </w:rPr>
        <w:t>(opc</w:t>
      </w:r>
      <w:r w:rsidR="0062738C">
        <w:rPr>
          <w:b/>
          <w:lang w:val="pl-PL"/>
        </w:rPr>
        <w:t>j</w:t>
      </w:r>
      <w:r w:rsidR="00E971D2">
        <w:rPr>
          <w:b/>
          <w:lang w:val="pl-PL"/>
        </w:rPr>
        <w:t>onalnie)</w:t>
      </w:r>
      <w:r w:rsidRPr="00A62BC2">
        <w:rPr>
          <w:b/>
          <w:lang w:val="pl-PL"/>
        </w:rPr>
        <w:t xml:space="preserve">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BA2047">
        <w:rPr>
          <w:lang w:val="pl-PL"/>
        </w:rPr>
        <w:t>.................</w:t>
      </w:r>
    </w:p>
    <w:p w14:paraId="18F69DE7" w14:textId="77777777" w:rsidR="00812DB9" w:rsidRPr="00A62BC2" w:rsidRDefault="00000000">
      <w:pPr>
        <w:spacing w:before="160" w:after="80"/>
        <w:rPr>
          <w:lang w:val="pl-PL"/>
        </w:rPr>
      </w:pPr>
      <w:r w:rsidRPr="00A62BC2">
        <w:rPr>
          <w:b/>
          <w:sz w:val="22"/>
          <w:lang w:val="pl-PL"/>
        </w:rPr>
        <w:t>2. Rodzaj urlopu / zwolnienia od pracy</w:t>
      </w:r>
    </w:p>
    <w:p w14:paraId="48146A6E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lang w:val="pl-PL"/>
        </w:rPr>
        <w:t>Proszę zaznaczyć właściwą pozycję:</w:t>
      </w:r>
    </w:p>
    <w:p w14:paraId="5243CAB0" w14:textId="77777777" w:rsidR="00812DB9" w:rsidRPr="00A62BC2" w:rsidRDefault="00000000">
      <w:pPr>
        <w:spacing w:after="20"/>
        <w:ind w:left="340"/>
        <w:rPr>
          <w:lang w:val="pl-PL"/>
        </w:rPr>
      </w:pPr>
      <w:r w:rsidRPr="00A62BC2">
        <w:rPr>
          <w:lang w:val="pl-PL"/>
        </w:rPr>
        <w:t>[ ] urlop wypoczynkowy</w:t>
      </w:r>
    </w:p>
    <w:p w14:paraId="0DC39BC8" w14:textId="77777777" w:rsidR="00812DB9" w:rsidRPr="00A62BC2" w:rsidRDefault="00000000">
      <w:pPr>
        <w:spacing w:after="20"/>
        <w:ind w:left="340"/>
        <w:rPr>
          <w:lang w:val="pl-PL"/>
        </w:rPr>
      </w:pPr>
      <w:r w:rsidRPr="00A62BC2">
        <w:rPr>
          <w:lang w:val="pl-PL"/>
        </w:rPr>
        <w:t>[ ] urlop bezpłatny</w:t>
      </w:r>
    </w:p>
    <w:p w14:paraId="243BF2F8" w14:textId="77777777" w:rsidR="00812DB9" w:rsidRPr="00A62BC2" w:rsidRDefault="00000000">
      <w:pPr>
        <w:spacing w:after="20"/>
        <w:ind w:left="340"/>
        <w:rPr>
          <w:lang w:val="pl-PL"/>
        </w:rPr>
      </w:pPr>
      <w:r w:rsidRPr="00A62BC2">
        <w:rPr>
          <w:lang w:val="pl-PL"/>
        </w:rPr>
        <w:t>[ ] zwolnienie od pracy z tytułu opieki nad dzieckiem</w:t>
      </w:r>
    </w:p>
    <w:p w14:paraId="2AE4C71F" w14:textId="2D265D71" w:rsidR="00812DB9" w:rsidRPr="00A62BC2" w:rsidRDefault="00000000">
      <w:pPr>
        <w:spacing w:after="20"/>
        <w:ind w:left="340"/>
        <w:rPr>
          <w:lang w:val="pl-PL"/>
        </w:rPr>
      </w:pPr>
      <w:r w:rsidRPr="00A62BC2">
        <w:rPr>
          <w:lang w:val="pl-PL"/>
        </w:rPr>
        <w:t>[ ] inny rodzaj nieobecności: ............................................................</w:t>
      </w:r>
      <w:r w:rsidR="00BA2047">
        <w:rPr>
          <w:lang w:val="pl-PL"/>
        </w:rPr>
        <w:t>............................................................................</w:t>
      </w:r>
    </w:p>
    <w:p w14:paraId="25B7BE7D" w14:textId="77777777" w:rsidR="00812DB9" w:rsidRPr="00A62BC2" w:rsidRDefault="00000000">
      <w:pPr>
        <w:spacing w:before="160" w:after="80"/>
        <w:rPr>
          <w:lang w:val="pl-PL"/>
        </w:rPr>
      </w:pPr>
      <w:r w:rsidRPr="00A62BC2">
        <w:rPr>
          <w:b/>
          <w:sz w:val="22"/>
          <w:lang w:val="pl-PL"/>
        </w:rPr>
        <w:t>3. Termin urlopu</w:t>
      </w:r>
    </w:p>
    <w:p w14:paraId="15138D2A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Data rozpoczęcia: </w:t>
      </w:r>
      <w:r w:rsidRPr="00A62BC2">
        <w:rPr>
          <w:lang w:val="pl-PL"/>
        </w:rPr>
        <w:t>od dnia ............................................................</w:t>
      </w:r>
    </w:p>
    <w:p w14:paraId="2A1B503D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Data zakończenia: </w:t>
      </w:r>
      <w:r w:rsidRPr="00A62BC2">
        <w:rPr>
          <w:lang w:val="pl-PL"/>
        </w:rPr>
        <w:t>do dnia ............................................................ włącznie</w:t>
      </w:r>
    </w:p>
    <w:p w14:paraId="74E1EEAD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Liczba dni roboczych: </w:t>
      </w:r>
      <w:r w:rsidRPr="00A62BC2">
        <w:rPr>
          <w:lang w:val="pl-PL"/>
        </w:rPr>
        <w:t>............................................................ dni roboczych</w:t>
      </w:r>
    </w:p>
    <w:p w14:paraId="1A8E5DBC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Uwagi dotyczące terminu: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</w:p>
    <w:p w14:paraId="62AEA493" w14:textId="689D61DA" w:rsidR="00812DB9" w:rsidRPr="00A62BC2" w:rsidRDefault="00000000">
      <w:pPr>
        <w:spacing w:after="0"/>
        <w:rPr>
          <w:lang w:val="pl-PL"/>
        </w:rPr>
      </w:pP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687507">
        <w:rPr>
          <w:lang w:val="pl-PL"/>
        </w:rPr>
        <w:t>............................................</w:t>
      </w:r>
    </w:p>
    <w:p w14:paraId="60EC8CD8" w14:textId="77777777" w:rsidR="00812DB9" w:rsidRPr="00A62BC2" w:rsidRDefault="00000000">
      <w:pPr>
        <w:spacing w:before="160" w:after="80"/>
        <w:rPr>
          <w:lang w:val="pl-PL"/>
        </w:rPr>
      </w:pPr>
      <w:r w:rsidRPr="00A62BC2">
        <w:rPr>
          <w:b/>
          <w:sz w:val="22"/>
          <w:lang w:val="pl-PL"/>
        </w:rPr>
        <w:t>4. Zastępstwo i przekazanie spraw</w:t>
      </w:r>
    </w:p>
    <w:p w14:paraId="6DE41475" w14:textId="45483A8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Osoba zastępująca: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184421">
        <w:rPr>
          <w:lang w:val="pl-PL"/>
        </w:rPr>
        <w:t>.............</w:t>
      </w:r>
    </w:p>
    <w:p w14:paraId="61F1AC1C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Zakres przekazanych spraw: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</w:p>
    <w:p w14:paraId="0F64A5B0" w14:textId="31D95D76" w:rsidR="00812DB9" w:rsidRPr="00A62BC2" w:rsidRDefault="00000000">
      <w:pPr>
        <w:spacing w:after="40"/>
        <w:rPr>
          <w:lang w:val="pl-PL"/>
        </w:rPr>
      </w:pP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184421">
        <w:rPr>
          <w:lang w:val="pl-PL"/>
        </w:rPr>
        <w:t>...............................................</w:t>
      </w:r>
    </w:p>
    <w:p w14:paraId="2334F98D" w14:textId="04033C5A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Sposób przekazania spraw: </w:t>
      </w:r>
      <w:r w:rsidRPr="00A62BC2">
        <w:rPr>
          <w:lang w:val="pl-PL"/>
        </w:rPr>
        <w:t>[ ] mailowo    [ ] ustnie    [ ] notatka / lista spraw    [ ] inne: ............................................................</w:t>
      </w:r>
      <w:r w:rsidR="00184421">
        <w:rPr>
          <w:lang w:val="pl-PL"/>
        </w:rPr>
        <w:t>.................................................................................................................</w:t>
      </w:r>
    </w:p>
    <w:p w14:paraId="42565AEF" w14:textId="77777777" w:rsidR="00812DB9" w:rsidRPr="00A62BC2" w:rsidRDefault="00000000">
      <w:pPr>
        <w:spacing w:before="160" w:after="80"/>
        <w:rPr>
          <w:lang w:val="pl-PL"/>
        </w:rPr>
      </w:pPr>
      <w:r w:rsidRPr="00A62BC2">
        <w:rPr>
          <w:b/>
          <w:sz w:val="22"/>
          <w:lang w:val="pl-PL"/>
        </w:rPr>
        <w:t>5. Oświadczenie pracownika</w:t>
      </w:r>
    </w:p>
    <w:p w14:paraId="05EB4BF5" w14:textId="32C81A51" w:rsidR="00812DB9" w:rsidRPr="00A62BC2" w:rsidRDefault="00000000" w:rsidP="00184421">
      <w:pPr>
        <w:spacing w:after="160"/>
        <w:jc w:val="both"/>
        <w:rPr>
          <w:lang w:val="pl-PL"/>
        </w:rPr>
      </w:pPr>
      <w:r w:rsidRPr="00A62BC2">
        <w:rPr>
          <w:lang w:val="pl-PL"/>
        </w:rPr>
        <w:t xml:space="preserve">Oświadczam, że dane wskazane we wniosku są zgodne ze stanem faktycznym. W przypadku urlopu wypoczynkowego wnioskuję o jego udzielenie w terminie wskazanym powyżej. Oświadczam również, że przed rozpoczęciem nieobecności przekażę </w:t>
      </w:r>
      <w:r w:rsidR="0008307F">
        <w:rPr>
          <w:lang w:val="pl-PL"/>
        </w:rPr>
        <w:t xml:space="preserve">pilne </w:t>
      </w:r>
      <w:r w:rsidRPr="00A62BC2">
        <w:rPr>
          <w:lang w:val="pl-PL"/>
        </w:rPr>
        <w:t>sprawy bieżące osobie zastępującej albo bezpośredniemu przełożonemu.</w:t>
      </w:r>
    </w:p>
    <w:p w14:paraId="2ECDB445" w14:textId="77777777" w:rsidR="00812DB9" w:rsidRPr="00A62BC2" w:rsidRDefault="00812DB9">
      <w:pPr>
        <w:spacing w:after="120"/>
        <w:rPr>
          <w:lang w:val="pl-PL"/>
        </w:rPr>
      </w:pPr>
    </w:p>
    <w:p w14:paraId="248992BC" w14:textId="77777777" w:rsidR="00812DB9" w:rsidRPr="00A62BC2" w:rsidRDefault="00000000">
      <w:pPr>
        <w:spacing w:after="0"/>
        <w:jc w:val="center"/>
        <w:rPr>
          <w:lang w:val="pl-PL"/>
        </w:rPr>
      </w:pPr>
      <w:r w:rsidRPr="00A62BC2">
        <w:rPr>
          <w:lang w:val="pl-PL"/>
        </w:rPr>
        <w:t>............................................................        ............................................................</w:t>
      </w:r>
    </w:p>
    <w:p w14:paraId="4CCEFDB4" w14:textId="77777777" w:rsidR="00812DB9" w:rsidRPr="00A62BC2" w:rsidRDefault="00000000">
      <w:pPr>
        <w:spacing w:after="160"/>
        <w:jc w:val="center"/>
        <w:rPr>
          <w:lang w:val="pl-PL"/>
        </w:rPr>
      </w:pPr>
      <w:r w:rsidRPr="00A62BC2">
        <w:rPr>
          <w:sz w:val="18"/>
          <w:lang w:val="pl-PL"/>
        </w:rPr>
        <w:t>podpis pracownika                          data wpływu / przyjęcia wniosku</w:t>
      </w:r>
    </w:p>
    <w:p w14:paraId="19EC8FE3" w14:textId="77777777" w:rsidR="00A62BC2" w:rsidRPr="00A62BC2" w:rsidRDefault="00A62BC2">
      <w:pPr>
        <w:spacing w:after="40"/>
        <w:rPr>
          <w:b/>
          <w:lang w:val="pl-PL"/>
        </w:rPr>
      </w:pPr>
    </w:p>
    <w:p w14:paraId="1AC27B50" w14:textId="77777777" w:rsidR="00A62BC2" w:rsidRPr="00A62BC2" w:rsidRDefault="00A62BC2">
      <w:pPr>
        <w:spacing w:after="40"/>
        <w:rPr>
          <w:b/>
          <w:lang w:val="pl-PL"/>
        </w:rPr>
      </w:pPr>
    </w:p>
    <w:p w14:paraId="7BD76A7D" w14:textId="77777777" w:rsidR="00A62BC2" w:rsidRPr="00A62BC2" w:rsidRDefault="00A62BC2">
      <w:pPr>
        <w:spacing w:after="40"/>
        <w:rPr>
          <w:b/>
          <w:lang w:val="pl-PL"/>
        </w:rPr>
      </w:pPr>
    </w:p>
    <w:p w14:paraId="3BE7C034" w14:textId="41BDD65A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Uwagi pracownika / dodatkowe informacje: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EA1554">
        <w:rPr>
          <w:lang w:val="pl-PL"/>
        </w:rPr>
        <w:t>...................................</w:t>
      </w:r>
    </w:p>
    <w:p w14:paraId="44C54E40" w14:textId="04E75F9D" w:rsidR="00812DB9" w:rsidRPr="00A62BC2" w:rsidRDefault="00000000">
      <w:pPr>
        <w:spacing w:after="0"/>
        <w:rPr>
          <w:lang w:val="pl-PL"/>
        </w:rPr>
      </w:pP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EA1554">
        <w:rPr>
          <w:lang w:val="pl-PL"/>
        </w:rPr>
        <w:t>....................................</w:t>
      </w:r>
    </w:p>
    <w:p w14:paraId="6057D267" w14:textId="77777777" w:rsidR="00812DB9" w:rsidRPr="00A62BC2" w:rsidRDefault="00000000">
      <w:pPr>
        <w:rPr>
          <w:lang w:val="pl-PL"/>
        </w:rPr>
      </w:pPr>
      <w:r w:rsidRPr="00A62BC2">
        <w:rPr>
          <w:lang w:val="pl-PL"/>
        </w:rPr>
        <w:br/>
      </w:r>
    </w:p>
    <w:p w14:paraId="242F9B80" w14:textId="77777777" w:rsidR="00812DB9" w:rsidRPr="00A62BC2" w:rsidRDefault="00000000">
      <w:pPr>
        <w:spacing w:before="160" w:after="80"/>
        <w:rPr>
          <w:lang w:val="pl-PL"/>
        </w:rPr>
      </w:pPr>
      <w:r w:rsidRPr="00A62BC2">
        <w:rPr>
          <w:b/>
          <w:sz w:val="22"/>
          <w:lang w:val="pl-PL"/>
        </w:rPr>
        <w:t>6. Opinia bezpośredniego przełożonego / osoby odpowiedzialnej za organizację pracy</w:t>
      </w:r>
    </w:p>
    <w:p w14:paraId="516D4E6C" w14:textId="77777777" w:rsidR="00812DB9" w:rsidRPr="00A62BC2" w:rsidRDefault="00000000">
      <w:pPr>
        <w:spacing w:after="80"/>
        <w:ind w:left="340"/>
        <w:rPr>
          <w:lang w:val="pl-PL"/>
        </w:rPr>
      </w:pPr>
      <w:r w:rsidRPr="00A62BC2">
        <w:rPr>
          <w:lang w:val="pl-PL"/>
        </w:rPr>
        <w:t>[ ] pozytywna    [ ] negatywna</w:t>
      </w:r>
    </w:p>
    <w:p w14:paraId="696665AA" w14:textId="77777777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Uzasadnienie / uwagi: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</w:p>
    <w:p w14:paraId="18572232" w14:textId="03450AEC" w:rsidR="00812DB9" w:rsidRPr="00A62BC2" w:rsidRDefault="00000000">
      <w:pPr>
        <w:spacing w:after="40"/>
        <w:rPr>
          <w:lang w:val="pl-PL"/>
        </w:rPr>
      </w:pP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B02C4E">
        <w:rPr>
          <w:lang w:val="pl-PL"/>
        </w:rPr>
        <w:t>.......................</w:t>
      </w:r>
      <w:r w:rsidR="00EA1554">
        <w:rPr>
          <w:lang w:val="pl-PL"/>
        </w:rPr>
        <w:t>..............</w:t>
      </w:r>
    </w:p>
    <w:p w14:paraId="61C7A02B" w14:textId="4F209866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Data i podpis: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EA1554">
        <w:rPr>
          <w:lang w:val="pl-PL"/>
        </w:rPr>
        <w:t>..............</w:t>
      </w:r>
    </w:p>
    <w:p w14:paraId="66C12C0C" w14:textId="77777777" w:rsidR="009E7EE3" w:rsidRDefault="009E7EE3">
      <w:pPr>
        <w:spacing w:before="160" w:after="80"/>
        <w:rPr>
          <w:b/>
          <w:sz w:val="22"/>
          <w:lang w:val="pl-PL"/>
        </w:rPr>
      </w:pPr>
    </w:p>
    <w:p w14:paraId="3BDEC871" w14:textId="77777777" w:rsidR="009E7EE3" w:rsidRDefault="009E7EE3">
      <w:pPr>
        <w:spacing w:before="160" w:after="80"/>
        <w:rPr>
          <w:b/>
          <w:sz w:val="22"/>
          <w:lang w:val="pl-PL"/>
        </w:rPr>
      </w:pPr>
    </w:p>
    <w:p w14:paraId="11A30AC4" w14:textId="77777777" w:rsidR="009E7EE3" w:rsidRDefault="009E7EE3">
      <w:pPr>
        <w:spacing w:before="160" w:after="80"/>
        <w:rPr>
          <w:b/>
          <w:sz w:val="22"/>
          <w:lang w:val="pl-PL"/>
        </w:rPr>
      </w:pPr>
    </w:p>
    <w:p w14:paraId="425880D1" w14:textId="6CBC5F5B" w:rsidR="00812DB9" w:rsidRPr="00A62BC2" w:rsidRDefault="00000000">
      <w:pPr>
        <w:spacing w:before="160" w:after="80"/>
        <w:rPr>
          <w:lang w:val="pl-PL"/>
        </w:rPr>
      </w:pPr>
      <w:r w:rsidRPr="00A62BC2">
        <w:rPr>
          <w:b/>
          <w:sz w:val="22"/>
          <w:lang w:val="pl-PL"/>
        </w:rPr>
        <w:t xml:space="preserve">7. Decyzja </w:t>
      </w:r>
      <w:r w:rsidR="00FA1729">
        <w:rPr>
          <w:b/>
          <w:sz w:val="22"/>
          <w:lang w:val="pl-PL"/>
        </w:rPr>
        <w:t>Dyrektora/</w:t>
      </w:r>
      <w:r w:rsidRPr="00A62BC2">
        <w:rPr>
          <w:b/>
          <w:sz w:val="22"/>
          <w:lang w:val="pl-PL"/>
        </w:rPr>
        <w:t>osoby upoważnionej</w:t>
      </w:r>
    </w:p>
    <w:p w14:paraId="58529AAE" w14:textId="77777777" w:rsidR="00812DB9" w:rsidRPr="00A62BC2" w:rsidRDefault="00000000">
      <w:pPr>
        <w:spacing w:after="80"/>
        <w:ind w:left="340"/>
        <w:rPr>
          <w:lang w:val="pl-PL"/>
        </w:rPr>
      </w:pPr>
      <w:r w:rsidRPr="00A62BC2">
        <w:rPr>
          <w:lang w:val="pl-PL"/>
        </w:rPr>
        <w:t>[ ] wyrażam zgodę    [ ] nie wyrażam zgody</w:t>
      </w:r>
    </w:p>
    <w:p w14:paraId="7404ED5C" w14:textId="7AAA00EC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Uwagi: </w:t>
      </w:r>
      <w:r w:rsidRPr="00A62BC2">
        <w:rPr>
          <w:lang w:val="pl-PL"/>
        </w:rPr>
        <w:t>............................................................................................................................</w:t>
      </w:r>
      <w:r w:rsidR="009E7EE3">
        <w:rPr>
          <w:lang w:val="pl-PL"/>
        </w:rPr>
        <w:t>..........................</w:t>
      </w:r>
    </w:p>
    <w:p w14:paraId="7C12CEB1" w14:textId="1FF67A11" w:rsidR="00812DB9" w:rsidRPr="00A62BC2" w:rsidRDefault="00000000">
      <w:pPr>
        <w:spacing w:after="40"/>
        <w:rPr>
          <w:lang w:val="pl-PL"/>
        </w:rPr>
      </w:pP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B02C4E">
        <w:rPr>
          <w:lang w:val="pl-PL"/>
        </w:rPr>
        <w:t>............</w:t>
      </w:r>
      <w:r w:rsidR="009E7EE3">
        <w:rPr>
          <w:lang w:val="pl-PL"/>
        </w:rPr>
        <w:t>.........................</w:t>
      </w:r>
    </w:p>
    <w:p w14:paraId="78904845" w14:textId="4BE07F2C" w:rsidR="00812DB9" w:rsidRPr="00A62BC2" w:rsidRDefault="00000000">
      <w:pPr>
        <w:spacing w:after="40"/>
        <w:rPr>
          <w:lang w:val="pl-PL"/>
        </w:rPr>
      </w:pPr>
      <w:r w:rsidRPr="00A62BC2">
        <w:rPr>
          <w:b/>
          <w:lang w:val="pl-PL"/>
        </w:rPr>
        <w:t xml:space="preserve">Data i podpis: </w:t>
      </w:r>
      <w:r w:rsidRPr="00A62BC2">
        <w:rPr>
          <w:lang w:val="pl-PL"/>
        </w:rPr>
        <w:t>.............................................................................................................................</w:t>
      </w:r>
      <w:r w:rsidR="009E7EE3">
        <w:rPr>
          <w:lang w:val="pl-PL"/>
        </w:rPr>
        <w:t>.............</w:t>
      </w:r>
    </w:p>
    <w:sectPr w:rsidR="00812DB9" w:rsidRPr="00A62BC2" w:rsidSect="00034616">
      <w:headerReference w:type="default" r:id="rId8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AD5E" w14:textId="77777777" w:rsidR="00041CB1" w:rsidRDefault="00041CB1">
      <w:pPr>
        <w:spacing w:after="0" w:line="240" w:lineRule="auto"/>
      </w:pPr>
      <w:r>
        <w:separator/>
      </w:r>
    </w:p>
  </w:endnote>
  <w:endnote w:type="continuationSeparator" w:id="0">
    <w:p w14:paraId="0F9251FF" w14:textId="77777777" w:rsidR="00041CB1" w:rsidRDefault="0004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C699" w14:textId="77777777" w:rsidR="00041CB1" w:rsidRDefault="00041CB1">
      <w:pPr>
        <w:spacing w:after="0" w:line="240" w:lineRule="auto"/>
      </w:pPr>
      <w:r>
        <w:separator/>
      </w:r>
    </w:p>
  </w:footnote>
  <w:footnote w:type="continuationSeparator" w:id="0">
    <w:p w14:paraId="610A50F4" w14:textId="77777777" w:rsidR="00041CB1" w:rsidRDefault="0004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3986070"/>
      <w:docPartObj>
        <w:docPartGallery w:val="Page Numbers (Top of Page)"/>
        <w:docPartUnique/>
      </w:docPartObj>
    </w:sdtPr>
    <w:sdtContent>
      <w:p w14:paraId="2F59BEF0" w14:textId="1A8C88F2" w:rsidR="00791523" w:rsidRDefault="00791523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71390C" w14:textId="2272F625" w:rsidR="00812DB9" w:rsidRPr="00A62BC2" w:rsidRDefault="00812DB9">
    <w:pPr>
      <w:pStyle w:val="Nagwek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5756896">
    <w:abstractNumId w:val="8"/>
  </w:num>
  <w:num w:numId="2" w16cid:durableId="308101145">
    <w:abstractNumId w:val="6"/>
  </w:num>
  <w:num w:numId="3" w16cid:durableId="1192914626">
    <w:abstractNumId w:val="5"/>
  </w:num>
  <w:num w:numId="4" w16cid:durableId="831481112">
    <w:abstractNumId w:val="4"/>
  </w:num>
  <w:num w:numId="5" w16cid:durableId="2000159727">
    <w:abstractNumId w:val="7"/>
  </w:num>
  <w:num w:numId="6" w16cid:durableId="1017004995">
    <w:abstractNumId w:val="3"/>
  </w:num>
  <w:num w:numId="7" w16cid:durableId="1439060367">
    <w:abstractNumId w:val="2"/>
  </w:num>
  <w:num w:numId="8" w16cid:durableId="1936092620">
    <w:abstractNumId w:val="1"/>
  </w:num>
  <w:num w:numId="9" w16cid:durableId="2923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CB1"/>
    <w:rsid w:val="0006063C"/>
    <w:rsid w:val="0008307F"/>
    <w:rsid w:val="0015074B"/>
    <w:rsid w:val="00184421"/>
    <w:rsid w:val="0029639D"/>
    <w:rsid w:val="00326F90"/>
    <w:rsid w:val="0062738C"/>
    <w:rsid w:val="00687507"/>
    <w:rsid w:val="006D32BA"/>
    <w:rsid w:val="00791523"/>
    <w:rsid w:val="00812DB9"/>
    <w:rsid w:val="009E7EE3"/>
    <w:rsid w:val="00A62BC2"/>
    <w:rsid w:val="00AA1D8D"/>
    <w:rsid w:val="00B02C4E"/>
    <w:rsid w:val="00B47730"/>
    <w:rsid w:val="00BA2047"/>
    <w:rsid w:val="00CB0664"/>
    <w:rsid w:val="00E645E4"/>
    <w:rsid w:val="00E971D2"/>
    <w:rsid w:val="00EA1554"/>
    <w:rsid w:val="00FA1729"/>
    <w:rsid w:val="00FC4D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542558A-7BE7-4139-8855-D24C0775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eastAsia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Radosław Grodzki</cp:lastModifiedBy>
  <cp:revision>15</cp:revision>
  <dcterms:created xsi:type="dcterms:W3CDTF">2013-12-23T23:15:00Z</dcterms:created>
  <dcterms:modified xsi:type="dcterms:W3CDTF">2026-05-11T09:23:00Z</dcterms:modified>
  <cp:category/>
</cp:coreProperties>
</file>